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4AF5D" w14:textId="77777777" w:rsidR="00996EF5" w:rsidRDefault="0050324A">
      <w:pPr>
        <w:rPr>
          <w:sz w:val="16"/>
          <w:lang w:val="pl-PL"/>
        </w:rPr>
      </w:pPr>
      <w:r w:rsidRPr="006B6899">
        <w:rPr>
          <w:sz w:val="16"/>
          <w:lang w:val="pl-PL"/>
        </w:rPr>
        <w:t>KBC ZAGREB  |  Klinika za unutarnje bolesti  |  Zavod za kliničku imunologiju i reumatologiju</w:t>
      </w:r>
    </w:p>
    <w:p w14:paraId="28C75E06" w14:textId="77777777" w:rsidR="006B6899" w:rsidRPr="006B6899" w:rsidRDefault="006B6899">
      <w:pPr>
        <w:rPr>
          <w:lang w:val="pl-PL"/>
        </w:rPr>
      </w:pPr>
    </w:p>
    <w:p w14:paraId="4DAEFAB7" w14:textId="33E57C7B" w:rsidR="00996EF5" w:rsidRPr="00DC3694" w:rsidRDefault="0050324A" w:rsidP="00DC3694">
      <w:pPr>
        <w:rPr>
          <w:b/>
          <w:bCs/>
          <w:szCs w:val="18"/>
          <w:lang w:val="pl-PL"/>
        </w:rPr>
      </w:pPr>
      <w:r w:rsidRPr="00DC3694">
        <w:rPr>
          <w:b/>
          <w:sz w:val="22"/>
          <w:szCs w:val="18"/>
          <w:lang w:val="pl-PL"/>
        </w:rPr>
        <w:t>T</w:t>
      </w:r>
      <w:r w:rsidRPr="00DC3694">
        <w:rPr>
          <w:b/>
          <w:bCs/>
          <w:sz w:val="22"/>
          <w:szCs w:val="18"/>
          <w:lang w:val="pl-PL"/>
        </w:rPr>
        <w:t>RIJAŽNI OBRAZAC ZA UPUĆIVANJE BOLESNIKA</w:t>
      </w:r>
      <w:r w:rsidR="006B6899" w:rsidRPr="00DC3694">
        <w:rPr>
          <w:b/>
          <w:bCs/>
          <w:sz w:val="22"/>
          <w:szCs w:val="18"/>
          <w:lang w:val="pl-PL"/>
        </w:rPr>
        <w:t xml:space="preserve"> REUMATOLOGU / KLINIČKOM IMUNOLOGU</w:t>
      </w:r>
      <w:r w:rsidRPr="00DC3694">
        <w:rPr>
          <w:b/>
          <w:bCs/>
          <w:sz w:val="22"/>
          <w:szCs w:val="18"/>
          <w:lang w:val="pl-PL"/>
        </w:rPr>
        <w:t xml:space="preserve">  </w:t>
      </w:r>
    </w:p>
    <w:p w14:paraId="4CD51120" w14:textId="77777777" w:rsidR="00996EF5" w:rsidRPr="006B6899" w:rsidRDefault="00996EF5">
      <w:pPr>
        <w:jc w:val="center"/>
        <w:rPr>
          <w:b/>
          <w:bCs/>
          <w:sz w:val="22"/>
          <w:lang w:val="pl-PL"/>
        </w:rPr>
      </w:pPr>
    </w:p>
    <w:p w14:paraId="24FEDFE1" w14:textId="33D39A52" w:rsidR="00996EF5" w:rsidRPr="006B6899" w:rsidRDefault="0050324A" w:rsidP="00DC3694">
      <w:pPr>
        <w:spacing w:line="360" w:lineRule="auto"/>
        <w:rPr>
          <w:lang w:val="pl-PL"/>
        </w:rPr>
      </w:pPr>
      <w:r w:rsidRPr="006B6899">
        <w:rPr>
          <w:lang w:val="pl-PL"/>
        </w:rPr>
        <w:t xml:space="preserve">Ime i prezime: </w:t>
      </w:r>
      <w:r w:rsidRPr="006B6899">
        <w:rPr>
          <w:lang w:val="pl-PL"/>
        </w:rPr>
        <w:t>______________________________________   Datum rođenja: ______________  MBOO: ______________</w:t>
      </w:r>
      <w:r w:rsidR="00DC3694">
        <w:rPr>
          <w:lang w:val="pl-PL"/>
        </w:rPr>
        <w:t>___</w:t>
      </w:r>
    </w:p>
    <w:p w14:paraId="60DF79C0" w14:textId="2B7EE796" w:rsidR="00996EF5" w:rsidRPr="006B6899" w:rsidRDefault="0050324A" w:rsidP="00DC3694">
      <w:pPr>
        <w:spacing w:line="360" w:lineRule="auto"/>
        <w:rPr>
          <w:lang w:val="sv-SE"/>
        </w:rPr>
      </w:pPr>
      <w:r w:rsidRPr="006B6899">
        <w:rPr>
          <w:lang w:val="sv-SE"/>
        </w:rPr>
        <w:t>Telefon bolesnika: ______________________  Liječnik obiteljske medicine: _________________________________</w:t>
      </w:r>
      <w:r w:rsidR="00DC3694">
        <w:rPr>
          <w:lang w:val="sv-SE"/>
        </w:rPr>
        <w:t>_________</w:t>
      </w:r>
    </w:p>
    <w:p w14:paraId="784EB1BC" w14:textId="0BB0DF87" w:rsidR="00996EF5" w:rsidRPr="006B6899" w:rsidRDefault="0050324A" w:rsidP="00DC3694">
      <w:pPr>
        <w:spacing w:line="360" w:lineRule="auto"/>
        <w:rPr>
          <w:lang w:val="sv-SE"/>
        </w:rPr>
      </w:pPr>
      <w:r w:rsidRPr="006B6899">
        <w:rPr>
          <w:lang w:val="sv-SE"/>
        </w:rPr>
        <w:t>Kontakt liječnika (tel./e-pošta):_______________________</w:t>
      </w:r>
      <w:r w:rsidRPr="006B6899">
        <w:rPr>
          <w:lang w:val="sv-SE"/>
        </w:rPr>
        <w:t>________________________________________________</w:t>
      </w:r>
      <w:r w:rsidR="00DC3694">
        <w:rPr>
          <w:lang w:val="sv-SE"/>
        </w:rPr>
        <w:t>________</w:t>
      </w:r>
    </w:p>
    <w:p w14:paraId="2A70BF23" w14:textId="77777777" w:rsidR="000B7987" w:rsidRPr="00681346" w:rsidRDefault="000B7987" w:rsidP="006B6899">
      <w:pPr>
        <w:widowControl w:val="0"/>
        <w:rPr>
          <w:b/>
          <w:bCs/>
          <w:sz w:val="6"/>
          <w:szCs w:val="10"/>
          <w:lang w:val="sv-SE"/>
        </w:rPr>
      </w:pPr>
    </w:p>
    <w:p w14:paraId="54FBE38D" w14:textId="67506AA4" w:rsidR="00DC3694" w:rsidRPr="00681346" w:rsidRDefault="006B6899" w:rsidP="00DC3694">
      <w:pPr>
        <w:widowControl w:val="0"/>
        <w:shd w:val="clear" w:color="auto" w:fill="DAEEF3" w:themeFill="accent5" w:themeFillTint="33"/>
        <w:rPr>
          <w:b/>
          <w:bCs/>
          <w:lang w:val="pl-PL"/>
        </w:rPr>
      </w:pPr>
      <w:r w:rsidRPr="00681346">
        <w:rPr>
          <w:b/>
          <w:bCs/>
          <w:lang w:val="pl-PL"/>
        </w:rPr>
        <w:t>RAZLOG UPUĆIVANJA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391"/>
      </w:tblGrid>
      <w:tr w:rsidR="00DC3694" w14:paraId="2A2531FE" w14:textId="77777777" w:rsidTr="00681346">
        <w:tc>
          <w:tcPr>
            <w:tcW w:w="4111" w:type="dxa"/>
          </w:tcPr>
          <w:p w14:paraId="248C76F1" w14:textId="2D92CEE1" w:rsidR="00DC3694" w:rsidRDefault="00DC3694" w:rsidP="00DC3694">
            <w:pPr>
              <w:widowControl w:val="0"/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75540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30BE4">
              <w:t xml:space="preserve"> </w:t>
            </w:r>
            <w:proofErr w:type="spellStart"/>
            <w:r w:rsidRPr="00730BE4">
              <w:t>novonastali</w:t>
            </w:r>
            <w:proofErr w:type="spellEnd"/>
            <w:r w:rsidRPr="00730BE4">
              <w:t xml:space="preserve"> </w:t>
            </w:r>
            <w:proofErr w:type="spellStart"/>
            <w:r w:rsidRPr="00730BE4">
              <w:t>upalni</w:t>
            </w:r>
            <w:proofErr w:type="spellEnd"/>
            <w:r w:rsidRPr="00730BE4">
              <w:t xml:space="preserve"> </w:t>
            </w:r>
            <w:proofErr w:type="spellStart"/>
            <w:r w:rsidRPr="00730BE4">
              <w:t>artritis</w:t>
            </w:r>
            <w:proofErr w:type="spellEnd"/>
            <w:r w:rsidRPr="00730BE4">
              <w:t>/</w:t>
            </w:r>
            <w:proofErr w:type="spellStart"/>
            <w:r w:rsidRPr="00730BE4">
              <w:t>spondiloartritis</w:t>
            </w:r>
            <w:proofErr w:type="spellEnd"/>
          </w:p>
        </w:tc>
        <w:tc>
          <w:tcPr>
            <w:tcW w:w="6391" w:type="dxa"/>
          </w:tcPr>
          <w:p w14:paraId="3BBBAE94" w14:textId="501649CB" w:rsidR="00DC3694" w:rsidRDefault="00DC3694" w:rsidP="00DC3694">
            <w:pPr>
              <w:widowControl w:val="0"/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887169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30BE4">
              <w:t xml:space="preserve"> </w:t>
            </w:r>
            <w:proofErr w:type="spellStart"/>
            <w:r w:rsidRPr="00730BE4">
              <w:t>Sumnja</w:t>
            </w:r>
            <w:proofErr w:type="spellEnd"/>
            <w:r w:rsidRPr="00730BE4">
              <w:t xml:space="preserve"> </w:t>
            </w:r>
            <w:proofErr w:type="spellStart"/>
            <w:r w:rsidRPr="00730BE4">
              <w:t>na</w:t>
            </w:r>
            <w:proofErr w:type="spellEnd"/>
            <w:r w:rsidRPr="00730BE4">
              <w:t xml:space="preserve"> </w:t>
            </w:r>
            <w:proofErr w:type="spellStart"/>
            <w:r w:rsidRPr="00730BE4">
              <w:t>sustavnu</w:t>
            </w:r>
            <w:proofErr w:type="spellEnd"/>
            <w:r w:rsidRPr="00730BE4">
              <w:t xml:space="preserve"> </w:t>
            </w:r>
            <w:proofErr w:type="spellStart"/>
            <w:r w:rsidRPr="00730BE4">
              <w:t>upalnu</w:t>
            </w:r>
            <w:proofErr w:type="spellEnd"/>
            <w:r w:rsidRPr="00730BE4">
              <w:t xml:space="preserve"> </w:t>
            </w:r>
            <w:proofErr w:type="spellStart"/>
            <w:r w:rsidRPr="00730BE4">
              <w:t>autoimunu</w:t>
            </w:r>
            <w:proofErr w:type="spellEnd"/>
            <w:r w:rsidRPr="00730BE4">
              <w:t xml:space="preserve"> </w:t>
            </w:r>
            <w:proofErr w:type="spellStart"/>
            <w:r w:rsidRPr="00730BE4">
              <w:t>bolest</w:t>
            </w:r>
            <w:proofErr w:type="spellEnd"/>
          </w:p>
        </w:tc>
      </w:tr>
      <w:tr w:rsidR="00DC3694" w14:paraId="4C94F859" w14:textId="77777777" w:rsidTr="00681346">
        <w:tc>
          <w:tcPr>
            <w:tcW w:w="4111" w:type="dxa"/>
          </w:tcPr>
          <w:p w14:paraId="6FFBA906" w14:textId="77777777" w:rsidR="00DC3694" w:rsidRDefault="00DC3694" w:rsidP="00DC3694">
            <w:pPr>
              <w:widowControl w:val="0"/>
              <w:rPr>
                <w:lang w:val="pl-PL"/>
              </w:rPr>
            </w:pPr>
          </w:p>
        </w:tc>
        <w:tc>
          <w:tcPr>
            <w:tcW w:w="6391" w:type="dxa"/>
          </w:tcPr>
          <w:p w14:paraId="24903D86" w14:textId="2F16E4BC" w:rsidR="00DC3694" w:rsidRDefault="00DC3694" w:rsidP="00DC3694">
            <w:pPr>
              <w:widowControl w:val="0"/>
              <w:rPr>
                <w:lang w:val="pl-PL"/>
              </w:rPr>
            </w:pPr>
            <w:sdt>
              <w:sdtPr>
                <w:rPr>
                  <w:lang w:val="pl-PL"/>
                </w:rPr>
                <w:id w:val="-1569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>
              <w:rPr>
                <w:lang w:val="pl-PL"/>
              </w:rPr>
              <w:t>Ostalo</w:t>
            </w:r>
          </w:p>
        </w:tc>
      </w:tr>
    </w:tbl>
    <w:p w14:paraId="24F3B51B" w14:textId="77777777" w:rsidR="00DC3694" w:rsidRPr="00681346" w:rsidRDefault="00DC3694" w:rsidP="00DC3694">
      <w:pPr>
        <w:widowControl w:val="0"/>
        <w:rPr>
          <w:sz w:val="12"/>
          <w:szCs w:val="16"/>
          <w:lang w:val="pl-PL"/>
        </w:rPr>
      </w:pPr>
    </w:p>
    <w:p w14:paraId="0AF24AC2" w14:textId="5981E74C" w:rsidR="000B7987" w:rsidRPr="00681346" w:rsidRDefault="000B7987" w:rsidP="00DC3694">
      <w:pPr>
        <w:widowControl w:val="0"/>
        <w:shd w:val="clear" w:color="auto" w:fill="EFF4F5"/>
        <w:rPr>
          <w:b/>
          <w:bCs/>
          <w:lang w:val="pl-PL"/>
        </w:rPr>
      </w:pPr>
      <w:r w:rsidRPr="00681346">
        <w:rPr>
          <w:b/>
          <w:bCs/>
          <w:lang w:val="pl-PL"/>
        </w:rPr>
        <w:t>TRAJANJE SIMPTOMA I UPALNI PARAMETRI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249"/>
      </w:tblGrid>
      <w:tr w:rsidR="000B7987" w14:paraId="432D3376" w14:textId="77777777" w:rsidTr="00681346">
        <w:tc>
          <w:tcPr>
            <w:tcW w:w="4253" w:type="dxa"/>
          </w:tcPr>
          <w:p w14:paraId="4227212B" w14:textId="5C20A4DD" w:rsidR="000B7987" w:rsidRDefault="000B7987" w:rsidP="000B7987">
            <w:pPr>
              <w:widowControl w:val="0"/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37256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929A0">
              <w:t xml:space="preserve"> &lt; 4 </w:t>
            </w:r>
            <w:proofErr w:type="spellStart"/>
            <w:r w:rsidRPr="007929A0">
              <w:t>tjedna</w:t>
            </w:r>
            <w:proofErr w:type="spellEnd"/>
          </w:p>
        </w:tc>
        <w:tc>
          <w:tcPr>
            <w:tcW w:w="6249" w:type="dxa"/>
          </w:tcPr>
          <w:p w14:paraId="723054AC" w14:textId="7446483E" w:rsidR="000B7987" w:rsidRDefault="000B7987" w:rsidP="000B7987">
            <w:pPr>
              <w:widowControl w:val="0"/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68257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929A0">
              <w:t xml:space="preserve"> 4 </w:t>
            </w:r>
            <w:proofErr w:type="spellStart"/>
            <w:r w:rsidRPr="007929A0">
              <w:t>tjedna</w:t>
            </w:r>
            <w:proofErr w:type="spellEnd"/>
            <w:r w:rsidRPr="007929A0">
              <w:t xml:space="preserve"> </w:t>
            </w:r>
            <w:r w:rsidRPr="007929A0">
              <w:rPr>
                <w:rFonts w:ascii="Calibri" w:hAnsi="Calibri" w:cs="Calibri"/>
              </w:rPr>
              <w:t>–</w:t>
            </w:r>
            <w:r w:rsidRPr="007929A0">
              <w:t xml:space="preserve"> 6 </w:t>
            </w:r>
            <w:proofErr w:type="spellStart"/>
            <w:r w:rsidRPr="007929A0">
              <w:t>mjeseci</w:t>
            </w:r>
            <w:proofErr w:type="spellEnd"/>
          </w:p>
        </w:tc>
      </w:tr>
      <w:tr w:rsidR="000B7987" w14:paraId="47567C12" w14:textId="77777777" w:rsidTr="00681346">
        <w:tc>
          <w:tcPr>
            <w:tcW w:w="4253" w:type="dxa"/>
          </w:tcPr>
          <w:p w14:paraId="381BFBC7" w14:textId="5CDEBFD5" w:rsidR="000B7987" w:rsidRDefault="000B7987" w:rsidP="000B7987">
            <w:pPr>
              <w:widowControl w:val="0"/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48978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929A0">
              <w:t xml:space="preserve"> 6 – 12 </w:t>
            </w:r>
            <w:proofErr w:type="spellStart"/>
            <w:r w:rsidRPr="007929A0">
              <w:t>mjeseci</w:t>
            </w:r>
            <w:proofErr w:type="spellEnd"/>
          </w:p>
        </w:tc>
        <w:tc>
          <w:tcPr>
            <w:tcW w:w="6249" w:type="dxa"/>
          </w:tcPr>
          <w:p w14:paraId="2496C6D4" w14:textId="251D0F10" w:rsidR="000B7987" w:rsidRDefault="000B7987" w:rsidP="000B7987">
            <w:pPr>
              <w:widowControl w:val="0"/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78826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929A0">
              <w:t xml:space="preserve"> &gt; 12 </w:t>
            </w:r>
            <w:proofErr w:type="spellStart"/>
            <w:r w:rsidRPr="007929A0">
              <w:t>mjeseci</w:t>
            </w:r>
            <w:proofErr w:type="spellEnd"/>
          </w:p>
        </w:tc>
      </w:tr>
    </w:tbl>
    <w:p w14:paraId="68987D59" w14:textId="77777777" w:rsidR="000B7987" w:rsidRDefault="000B7987" w:rsidP="000B7987">
      <w:pPr>
        <w:widowControl w:val="0"/>
        <w:rPr>
          <w:lang w:val="pl-PL"/>
        </w:rPr>
      </w:pPr>
    </w:p>
    <w:p w14:paraId="7F878E59" w14:textId="679323F3" w:rsidR="000B7987" w:rsidRPr="00681346" w:rsidRDefault="000B7987" w:rsidP="00DC3694">
      <w:pPr>
        <w:widowControl w:val="0"/>
        <w:shd w:val="clear" w:color="auto" w:fill="EFF4F5"/>
        <w:rPr>
          <w:b/>
          <w:bCs/>
          <w:lang w:val="pl-PL"/>
        </w:rPr>
      </w:pPr>
      <w:r w:rsidRPr="00681346">
        <w:rPr>
          <w:b/>
          <w:bCs/>
          <w:lang w:val="pl-PL"/>
        </w:rPr>
        <w:t>UPALNI ARTRITIS / SPONDILOARTRITIS  (označiti prisutno)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46"/>
      </w:tblGrid>
      <w:tr w:rsidR="000B7987" w14:paraId="7715FFF7" w14:textId="77777777" w:rsidTr="00681346">
        <w:tc>
          <w:tcPr>
            <w:tcW w:w="3256" w:type="dxa"/>
          </w:tcPr>
          <w:p w14:paraId="3587D0B9" w14:textId="0A06A64F" w:rsidR="000B7987" w:rsidRDefault="000B7987" w:rsidP="000B7987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62065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F828DD">
              <w:t xml:space="preserve"> 3 </w:t>
            </w:r>
            <w:proofErr w:type="spellStart"/>
            <w:r w:rsidRPr="00F828DD">
              <w:t>ili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više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otečenih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zglobova</w:t>
            </w:r>
            <w:proofErr w:type="spellEnd"/>
          </w:p>
        </w:tc>
        <w:tc>
          <w:tcPr>
            <w:tcW w:w="7246" w:type="dxa"/>
          </w:tcPr>
          <w:p w14:paraId="365F0A2C" w14:textId="4463A251" w:rsidR="000B7987" w:rsidRDefault="000B7987" w:rsidP="000B7987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98615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F828DD">
              <w:t xml:space="preserve"> </w:t>
            </w:r>
            <w:proofErr w:type="spellStart"/>
            <w:r w:rsidRPr="00F828DD">
              <w:t>Pozitivan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popre</w:t>
            </w:r>
            <w:r w:rsidRPr="00F828DD">
              <w:rPr>
                <w:rFonts w:ascii="Calibri" w:hAnsi="Calibri" w:cs="Calibri"/>
              </w:rPr>
              <w:t>č</w:t>
            </w:r>
            <w:r w:rsidRPr="00F828DD">
              <w:t>ni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hvat</w:t>
            </w:r>
            <w:proofErr w:type="spellEnd"/>
          </w:p>
        </w:tc>
      </w:tr>
      <w:tr w:rsidR="000B7987" w14:paraId="3A0550DC" w14:textId="77777777" w:rsidTr="00681346">
        <w:tc>
          <w:tcPr>
            <w:tcW w:w="3256" w:type="dxa"/>
          </w:tcPr>
          <w:p w14:paraId="22099999" w14:textId="28AA4BCA" w:rsidR="000B7987" w:rsidRDefault="000B7987" w:rsidP="000B7987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98037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F828DD">
              <w:t xml:space="preserve"> </w:t>
            </w:r>
            <w:proofErr w:type="spellStart"/>
            <w:r w:rsidRPr="00F828DD">
              <w:t>Jutarnja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ukočenost</w:t>
            </w:r>
            <w:proofErr w:type="spellEnd"/>
            <w:r w:rsidRPr="00F828DD">
              <w:t xml:space="preserve"> &gt; 30 min</w:t>
            </w:r>
          </w:p>
        </w:tc>
        <w:tc>
          <w:tcPr>
            <w:tcW w:w="7246" w:type="dxa"/>
          </w:tcPr>
          <w:p w14:paraId="65564797" w14:textId="452986BC" w:rsidR="000B7987" w:rsidRDefault="000B7987" w:rsidP="000B7987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72510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F828DD">
              <w:t xml:space="preserve"> Bol </w:t>
            </w:r>
            <w:proofErr w:type="spellStart"/>
            <w:r w:rsidRPr="00F828DD">
              <w:t>ili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uko</w:t>
            </w:r>
            <w:r w:rsidRPr="00F828DD">
              <w:rPr>
                <w:rFonts w:ascii="Calibri" w:hAnsi="Calibri" w:cs="Calibri"/>
              </w:rPr>
              <w:t>č</w:t>
            </w:r>
            <w:r w:rsidRPr="00F828DD">
              <w:t>enost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le</w:t>
            </w:r>
            <w:r w:rsidRPr="00F828DD">
              <w:rPr>
                <w:rFonts w:ascii="Calibri" w:hAnsi="Calibri" w:cs="Calibri"/>
              </w:rPr>
              <w:t>đ</w:t>
            </w:r>
            <w:r w:rsidRPr="00F828DD">
              <w:t>a</w:t>
            </w:r>
            <w:proofErr w:type="spellEnd"/>
            <w:r w:rsidRPr="00F828DD">
              <w:t xml:space="preserve"> &gt; 3 </w:t>
            </w:r>
            <w:proofErr w:type="spellStart"/>
            <w:r w:rsidRPr="00F828DD">
              <w:t>mjeseca</w:t>
            </w:r>
            <w:proofErr w:type="spellEnd"/>
          </w:p>
        </w:tc>
      </w:tr>
      <w:tr w:rsidR="000B7987" w14:paraId="4BDB5670" w14:textId="77777777" w:rsidTr="00681346">
        <w:tc>
          <w:tcPr>
            <w:tcW w:w="3256" w:type="dxa"/>
          </w:tcPr>
          <w:p w14:paraId="78FBDC10" w14:textId="66C2EBFA" w:rsidR="000B7987" w:rsidRDefault="000B7987" w:rsidP="000B7987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905830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F828DD">
              <w:t xml:space="preserve"> </w:t>
            </w:r>
            <w:proofErr w:type="spellStart"/>
            <w:r w:rsidRPr="00F828DD">
              <w:t>Nedavni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infekt</w:t>
            </w:r>
            <w:proofErr w:type="spellEnd"/>
          </w:p>
        </w:tc>
        <w:tc>
          <w:tcPr>
            <w:tcW w:w="7246" w:type="dxa"/>
          </w:tcPr>
          <w:p w14:paraId="71365156" w14:textId="17B26729" w:rsidR="000B7987" w:rsidRDefault="000B7987" w:rsidP="000B7987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97767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F828DD">
              <w:t xml:space="preserve"> </w:t>
            </w:r>
            <w:proofErr w:type="spellStart"/>
            <w:r w:rsidRPr="00F828DD">
              <w:t>Psorijaza</w:t>
            </w:r>
            <w:proofErr w:type="spellEnd"/>
            <w:r w:rsidRPr="00F828DD">
              <w:t xml:space="preserve"> / </w:t>
            </w:r>
            <w:proofErr w:type="spellStart"/>
            <w:r w:rsidRPr="00F828DD">
              <w:t>kolitis</w:t>
            </w:r>
            <w:proofErr w:type="spellEnd"/>
            <w:r w:rsidRPr="00F828DD">
              <w:t xml:space="preserve"> / uveitis / </w:t>
            </w:r>
            <w:proofErr w:type="spellStart"/>
            <w:r w:rsidRPr="00F828DD">
              <w:t>ankilozantni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spondilitis</w:t>
            </w:r>
            <w:proofErr w:type="spellEnd"/>
            <w:r w:rsidRPr="00F828DD">
              <w:t xml:space="preserve"> (</w:t>
            </w:r>
            <w:proofErr w:type="spellStart"/>
            <w:r w:rsidRPr="00F828DD">
              <w:t>osobna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ili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obiteljska</w:t>
            </w:r>
            <w:proofErr w:type="spellEnd"/>
            <w:r w:rsidRPr="00F828DD">
              <w:t xml:space="preserve"> </w:t>
            </w:r>
            <w:proofErr w:type="spellStart"/>
            <w:r w:rsidRPr="00F828DD">
              <w:t>anamneza</w:t>
            </w:r>
            <w:proofErr w:type="spellEnd"/>
            <w:r w:rsidRPr="00F828DD">
              <w:t>)</w:t>
            </w:r>
          </w:p>
        </w:tc>
      </w:tr>
    </w:tbl>
    <w:p w14:paraId="2FE299FA" w14:textId="637257EB" w:rsidR="00996EF5" w:rsidRDefault="00996EF5">
      <w:pPr>
        <w:rPr>
          <w:lang w:val="pl-PL"/>
        </w:rPr>
      </w:pPr>
    </w:p>
    <w:p w14:paraId="20EB0E87" w14:textId="12D71D36" w:rsidR="006B6899" w:rsidRPr="00681346" w:rsidRDefault="000B7987" w:rsidP="00DC3694">
      <w:pPr>
        <w:shd w:val="clear" w:color="auto" w:fill="EFF4F5"/>
        <w:rPr>
          <w:b/>
          <w:bCs/>
          <w:lang w:val="pl-PL"/>
        </w:rPr>
      </w:pPr>
      <w:r w:rsidRPr="00681346">
        <w:rPr>
          <w:b/>
          <w:bCs/>
          <w:lang w:val="pl-PL"/>
        </w:rPr>
        <w:t>OPĆI SIMPTOMI  (označiti prisutno)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46"/>
      </w:tblGrid>
      <w:tr w:rsidR="00DC3694" w14:paraId="67962410" w14:textId="77777777" w:rsidTr="00681346">
        <w:tc>
          <w:tcPr>
            <w:tcW w:w="3256" w:type="dxa"/>
          </w:tcPr>
          <w:p w14:paraId="093FC62D" w14:textId="68C61816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99117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F4A9E">
              <w:t xml:space="preserve"> </w:t>
            </w:r>
            <w:proofErr w:type="spellStart"/>
            <w:r w:rsidRPr="006F4A9E">
              <w:t>Vrućica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nejasnog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uzroka</w:t>
            </w:r>
            <w:proofErr w:type="spellEnd"/>
          </w:p>
        </w:tc>
        <w:tc>
          <w:tcPr>
            <w:tcW w:w="7246" w:type="dxa"/>
          </w:tcPr>
          <w:p w14:paraId="6EA268AA" w14:textId="4309780B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72487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F4A9E">
              <w:t xml:space="preserve"> </w:t>
            </w:r>
            <w:proofErr w:type="spellStart"/>
            <w:r w:rsidRPr="006F4A9E">
              <w:t>Patolo</w:t>
            </w:r>
            <w:r w:rsidRPr="006F4A9E">
              <w:rPr>
                <w:rFonts w:ascii="Calibri" w:hAnsi="Calibri" w:cs="Calibri"/>
              </w:rPr>
              <w:t>š</w:t>
            </w:r>
            <w:r w:rsidRPr="006F4A9E">
              <w:t>ki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umor</w:t>
            </w:r>
            <w:proofErr w:type="spellEnd"/>
            <w:r w:rsidRPr="006F4A9E">
              <w:t xml:space="preserve"> </w:t>
            </w:r>
          </w:p>
        </w:tc>
      </w:tr>
      <w:tr w:rsidR="00DC3694" w14:paraId="0175B481" w14:textId="77777777" w:rsidTr="00681346">
        <w:tc>
          <w:tcPr>
            <w:tcW w:w="3256" w:type="dxa"/>
          </w:tcPr>
          <w:p w14:paraId="05F25FA5" w14:textId="7FC2C14C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74921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F4A9E">
              <w:t xml:space="preserve"> </w:t>
            </w:r>
            <w:proofErr w:type="spellStart"/>
            <w:r w:rsidRPr="006F4A9E">
              <w:t>Noćno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znojenje</w:t>
            </w:r>
            <w:proofErr w:type="spellEnd"/>
          </w:p>
        </w:tc>
        <w:tc>
          <w:tcPr>
            <w:tcW w:w="7246" w:type="dxa"/>
          </w:tcPr>
          <w:p w14:paraId="3E4BEAA6" w14:textId="64327A0A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777170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>
              <w:rPr>
                <w:rFonts w:ascii="Segoe UI Symbol" w:hAnsi="Segoe UI Symbol" w:cs="Segoe UI Symbol"/>
              </w:rPr>
              <w:t xml:space="preserve"> </w:t>
            </w:r>
            <w:proofErr w:type="spellStart"/>
            <w:r>
              <w:t>T</w:t>
            </w:r>
            <w:r w:rsidRPr="006F4A9E">
              <w:t>jelesno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propadanje</w:t>
            </w:r>
            <w:proofErr w:type="spellEnd"/>
          </w:p>
        </w:tc>
      </w:tr>
      <w:tr w:rsidR="00DC3694" w14:paraId="568DE724" w14:textId="77777777" w:rsidTr="00681346">
        <w:tc>
          <w:tcPr>
            <w:tcW w:w="3256" w:type="dxa"/>
          </w:tcPr>
          <w:p w14:paraId="1B9A764F" w14:textId="1352C491" w:rsidR="00DC3694" w:rsidRDefault="00DC3694" w:rsidP="00DC3694">
            <w:pPr>
              <w:rPr>
                <w:lang w:val="pl-PL"/>
              </w:rPr>
            </w:pPr>
          </w:p>
        </w:tc>
        <w:tc>
          <w:tcPr>
            <w:tcW w:w="7246" w:type="dxa"/>
          </w:tcPr>
          <w:p w14:paraId="0FB96615" w14:textId="52DCFBCC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34132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F4A9E">
              <w:t xml:space="preserve"> </w:t>
            </w:r>
            <w:proofErr w:type="spellStart"/>
            <w:r w:rsidRPr="006F4A9E">
              <w:t>Periferni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ili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generalizirani</w:t>
            </w:r>
            <w:proofErr w:type="spellEnd"/>
            <w:r w:rsidRPr="006F4A9E">
              <w:t xml:space="preserve"> </w:t>
            </w:r>
            <w:proofErr w:type="spellStart"/>
            <w:r w:rsidRPr="006F4A9E">
              <w:t>edem</w:t>
            </w:r>
            <w:proofErr w:type="spellEnd"/>
          </w:p>
        </w:tc>
      </w:tr>
    </w:tbl>
    <w:p w14:paraId="503BF184" w14:textId="28D6506D" w:rsidR="00DC3694" w:rsidRPr="00681346" w:rsidRDefault="00DC3694">
      <w:pPr>
        <w:rPr>
          <w:sz w:val="10"/>
          <w:szCs w:val="14"/>
          <w:lang w:val="pl-PL"/>
        </w:rPr>
      </w:pPr>
    </w:p>
    <w:p w14:paraId="0F327048" w14:textId="618864BA" w:rsidR="00DC3694" w:rsidRPr="00681346" w:rsidRDefault="00DC3694" w:rsidP="00DC3694">
      <w:pPr>
        <w:shd w:val="clear" w:color="auto" w:fill="EFF4F5"/>
        <w:rPr>
          <w:b/>
          <w:bCs/>
          <w:lang w:val="pl-PL"/>
        </w:rPr>
      </w:pPr>
      <w:r w:rsidRPr="00681346">
        <w:rPr>
          <w:b/>
          <w:bCs/>
          <w:lang w:val="pl-PL"/>
        </w:rPr>
        <w:t>POSEBNI SIMPTOMI I ZNAKOVI   (označiti prisustvo)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82"/>
      </w:tblGrid>
      <w:tr w:rsidR="00DC3694" w14:paraId="711DB8A4" w14:textId="77777777" w:rsidTr="00681346">
        <w:tc>
          <w:tcPr>
            <w:tcW w:w="4820" w:type="dxa"/>
          </w:tcPr>
          <w:p w14:paraId="1A549525" w14:textId="10A32EA4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63354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Poliartritis</w:t>
            </w:r>
            <w:proofErr w:type="spellEnd"/>
          </w:p>
        </w:tc>
        <w:tc>
          <w:tcPr>
            <w:tcW w:w="5682" w:type="dxa"/>
          </w:tcPr>
          <w:p w14:paraId="39EA6B28" w14:textId="5D044AAF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97085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Serozitis</w:t>
            </w:r>
            <w:proofErr w:type="spellEnd"/>
            <w:r w:rsidRPr="006B2F7E">
              <w:t xml:space="preserve"> (pleuritis / </w:t>
            </w:r>
            <w:proofErr w:type="spellStart"/>
            <w:r w:rsidRPr="006B2F7E">
              <w:t>perikarditis</w:t>
            </w:r>
            <w:proofErr w:type="spellEnd"/>
            <w:r w:rsidRPr="006B2F7E">
              <w:t xml:space="preserve"> / peritonitis)</w:t>
            </w:r>
          </w:p>
        </w:tc>
      </w:tr>
      <w:tr w:rsidR="00DC3694" w14:paraId="12653BC7" w14:textId="77777777" w:rsidTr="00681346">
        <w:tc>
          <w:tcPr>
            <w:tcW w:w="4820" w:type="dxa"/>
          </w:tcPr>
          <w:p w14:paraId="1C4166FD" w14:textId="488FF6BF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473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Oralne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ili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genitalne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ulceracije</w:t>
            </w:r>
            <w:proofErr w:type="spellEnd"/>
          </w:p>
        </w:tc>
        <w:tc>
          <w:tcPr>
            <w:tcW w:w="5682" w:type="dxa"/>
          </w:tcPr>
          <w:p w14:paraId="1418B1AF" w14:textId="5F2A68A5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2106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Vaskulitis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ko</w:t>
            </w:r>
            <w:r w:rsidRPr="006B2F7E">
              <w:rPr>
                <w:rFonts w:ascii="Calibri" w:hAnsi="Calibri" w:cs="Calibri"/>
              </w:rPr>
              <w:t>ž</w:t>
            </w:r>
            <w:r w:rsidRPr="006B2F7E">
              <w:t>e</w:t>
            </w:r>
            <w:proofErr w:type="spellEnd"/>
            <w:r w:rsidRPr="006B2F7E">
              <w:t xml:space="preserve"> / </w:t>
            </w:r>
            <w:proofErr w:type="spellStart"/>
            <w:r w:rsidRPr="006B2F7E">
              <w:t>nodozni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eritem</w:t>
            </w:r>
            <w:proofErr w:type="spellEnd"/>
          </w:p>
        </w:tc>
      </w:tr>
      <w:tr w:rsidR="00DC3694" w14:paraId="0813BA85" w14:textId="77777777" w:rsidTr="00681346">
        <w:tc>
          <w:tcPr>
            <w:tcW w:w="4820" w:type="dxa"/>
          </w:tcPr>
          <w:p w14:paraId="50B2F36B" w14:textId="50CD9A5B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8749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Kožni</w:t>
            </w:r>
            <w:proofErr w:type="spellEnd"/>
            <w:r w:rsidRPr="006B2F7E">
              <w:t xml:space="preserve"> lupus </w:t>
            </w:r>
            <w:proofErr w:type="spellStart"/>
            <w:r w:rsidRPr="006B2F7E">
              <w:t>ili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kožni</w:t>
            </w:r>
            <w:proofErr w:type="spellEnd"/>
            <w:r w:rsidRPr="006B2F7E">
              <w:t xml:space="preserve"> lupus</w:t>
            </w:r>
          </w:p>
        </w:tc>
        <w:tc>
          <w:tcPr>
            <w:tcW w:w="5682" w:type="dxa"/>
          </w:tcPr>
          <w:p w14:paraId="7C313D90" w14:textId="439E0CFD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67392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Rekurentne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ili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kroni</w:t>
            </w:r>
            <w:r w:rsidRPr="006B2F7E">
              <w:rPr>
                <w:rFonts w:ascii="Calibri" w:hAnsi="Calibri" w:cs="Calibri"/>
              </w:rPr>
              <w:t>č</w:t>
            </w:r>
            <w:r w:rsidRPr="006B2F7E">
              <w:t>ne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upalne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promjene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plu</w:t>
            </w:r>
            <w:r w:rsidRPr="006B2F7E">
              <w:rPr>
                <w:rFonts w:ascii="Calibri" w:hAnsi="Calibri" w:cs="Calibri"/>
              </w:rPr>
              <w:t>ć</w:t>
            </w:r>
            <w:r w:rsidRPr="006B2F7E">
              <w:t>a</w:t>
            </w:r>
            <w:proofErr w:type="spellEnd"/>
            <w:r w:rsidRPr="006B2F7E">
              <w:t xml:space="preserve"> / </w:t>
            </w:r>
            <w:proofErr w:type="spellStart"/>
            <w:r w:rsidRPr="006B2F7E">
              <w:t>sinusa</w:t>
            </w:r>
            <w:proofErr w:type="spellEnd"/>
          </w:p>
        </w:tc>
      </w:tr>
      <w:tr w:rsidR="00DC3694" w14:paraId="38C4F11C" w14:textId="77777777" w:rsidTr="00681346">
        <w:tc>
          <w:tcPr>
            <w:tcW w:w="4820" w:type="dxa"/>
          </w:tcPr>
          <w:p w14:paraId="77E747DF" w14:textId="7B2B522D" w:rsidR="00DC3694" w:rsidRDefault="00DC3694" w:rsidP="00DC3694">
            <w:pPr>
              <w:rPr>
                <w:lang w:val="pl-PL"/>
              </w:rPr>
            </w:pPr>
            <w:r w:rsidRPr="006B2F7E">
              <w:rPr>
                <w:rFonts w:ascii="Segoe UI Symbol" w:hAnsi="Segoe UI Symbol" w:cs="Segoe UI Symbol"/>
              </w:rPr>
              <w:t>☐</w:t>
            </w:r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glomerulonefritis</w:t>
            </w:r>
            <w:proofErr w:type="spellEnd"/>
          </w:p>
        </w:tc>
        <w:tc>
          <w:tcPr>
            <w:tcW w:w="5682" w:type="dxa"/>
          </w:tcPr>
          <w:p w14:paraId="7EBD21C1" w14:textId="39010258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47838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autoimunu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bolest</w:t>
            </w:r>
            <w:proofErr w:type="spellEnd"/>
            <w:r w:rsidRPr="006B2F7E">
              <w:t xml:space="preserve"> </w:t>
            </w:r>
            <w:proofErr w:type="spellStart"/>
            <w:r w:rsidRPr="006B2F7E">
              <w:rPr>
                <w:rFonts w:ascii="Calibri" w:hAnsi="Calibri" w:cs="Calibri"/>
              </w:rPr>
              <w:t>ž</w:t>
            </w:r>
            <w:r w:rsidRPr="006B2F7E">
              <w:t>iv</w:t>
            </w:r>
            <w:r w:rsidRPr="006B2F7E">
              <w:rPr>
                <w:rFonts w:ascii="Calibri" w:hAnsi="Calibri" w:cs="Calibri"/>
              </w:rPr>
              <w:t>č</w:t>
            </w:r>
            <w:r w:rsidRPr="006B2F7E">
              <w:t>anog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sustava</w:t>
            </w:r>
            <w:proofErr w:type="spellEnd"/>
          </w:p>
        </w:tc>
      </w:tr>
      <w:tr w:rsidR="00DC3694" w14:paraId="27571150" w14:textId="77777777" w:rsidTr="00681346">
        <w:tc>
          <w:tcPr>
            <w:tcW w:w="4820" w:type="dxa"/>
          </w:tcPr>
          <w:p w14:paraId="76628CB8" w14:textId="02F830E0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79251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Nejasna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limfadenopatija</w:t>
            </w:r>
            <w:proofErr w:type="spellEnd"/>
            <w:r w:rsidRPr="006B2F7E">
              <w:t xml:space="preserve"> / </w:t>
            </w:r>
            <w:proofErr w:type="spellStart"/>
            <w:r w:rsidRPr="006B2F7E">
              <w:t>hepatosplenomegalija</w:t>
            </w:r>
            <w:proofErr w:type="spellEnd"/>
          </w:p>
        </w:tc>
        <w:tc>
          <w:tcPr>
            <w:tcW w:w="5682" w:type="dxa"/>
          </w:tcPr>
          <w:p w14:paraId="3DBD6EF9" w14:textId="0F053133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86039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temporalni</w:t>
            </w:r>
            <w:proofErr w:type="spellEnd"/>
            <w:r w:rsidRPr="006B2F7E">
              <w:t xml:space="preserve"> arteritis / </w:t>
            </w:r>
            <w:proofErr w:type="spellStart"/>
            <w:r w:rsidRPr="006B2F7E">
              <w:t>polimijalgiju</w:t>
            </w:r>
            <w:proofErr w:type="spellEnd"/>
          </w:p>
        </w:tc>
      </w:tr>
      <w:tr w:rsidR="00DC3694" w14:paraId="47219488" w14:textId="77777777" w:rsidTr="00681346">
        <w:tc>
          <w:tcPr>
            <w:tcW w:w="4820" w:type="dxa"/>
          </w:tcPr>
          <w:p w14:paraId="523FEF25" w14:textId="37804BA1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23617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Potvrđena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kseroftalmija</w:t>
            </w:r>
            <w:proofErr w:type="spellEnd"/>
            <w:r w:rsidRPr="006B2F7E">
              <w:t xml:space="preserve"> / </w:t>
            </w:r>
            <w:proofErr w:type="spellStart"/>
            <w:r w:rsidRPr="006B2F7E">
              <w:t>kserostomija</w:t>
            </w:r>
            <w:proofErr w:type="spellEnd"/>
          </w:p>
        </w:tc>
        <w:tc>
          <w:tcPr>
            <w:tcW w:w="5682" w:type="dxa"/>
          </w:tcPr>
          <w:p w14:paraId="79C64A69" w14:textId="28EAD9EF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459181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miozitis</w:t>
            </w:r>
            <w:proofErr w:type="spellEnd"/>
            <w:r w:rsidRPr="006B2F7E">
              <w:t xml:space="preserve"> (</w:t>
            </w:r>
            <w:proofErr w:type="spellStart"/>
            <w:r w:rsidRPr="006B2F7E">
              <w:t>slabost</w:t>
            </w:r>
            <w:proofErr w:type="spellEnd"/>
            <w:r w:rsidRPr="006B2F7E">
              <w:t xml:space="preserve"> / </w:t>
            </w:r>
            <w:proofErr w:type="spellStart"/>
            <w:r w:rsidRPr="006B2F7E">
              <w:t>povi</w:t>
            </w:r>
            <w:r w:rsidRPr="006B2F7E">
              <w:rPr>
                <w:rFonts w:ascii="Calibri" w:hAnsi="Calibri" w:cs="Calibri"/>
              </w:rPr>
              <w:t>š</w:t>
            </w:r>
            <w:r w:rsidRPr="006B2F7E">
              <w:t>en</w:t>
            </w:r>
            <w:proofErr w:type="spellEnd"/>
            <w:r w:rsidRPr="006B2F7E">
              <w:t xml:space="preserve"> CK)</w:t>
            </w:r>
          </w:p>
        </w:tc>
      </w:tr>
      <w:tr w:rsidR="00DC3694" w14:paraId="7CD8D0EC" w14:textId="77777777" w:rsidTr="00681346">
        <w:tc>
          <w:tcPr>
            <w:tcW w:w="4820" w:type="dxa"/>
          </w:tcPr>
          <w:p w14:paraId="6E4BFEF1" w14:textId="2A586717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74922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Raynaudov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sindrom</w:t>
            </w:r>
            <w:proofErr w:type="spellEnd"/>
          </w:p>
        </w:tc>
        <w:tc>
          <w:tcPr>
            <w:tcW w:w="5682" w:type="dxa"/>
          </w:tcPr>
          <w:p w14:paraId="74806613" w14:textId="3F00320E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82418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antifosfolipidni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sindrom</w:t>
            </w:r>
            <w:proofErr w:type="spellEnd"/>
          </w:p>
        </w:tc>
      </w:tr>
      <w:tr w:rsidR="00DC3694" w14:paraId="184464DF" w14:textId="77777777" w:rsidTr="00681346">
        <w:tc>
          <w:tcPr>
            <w:tcW w:w="4820" w:type="dxa"/>
          </w:tcPr>
          <w:p w14:paraId="24D3EED6" w14:textId="0C699E23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-109477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hereditarni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angioedem</w:t>
            </w:r>
            <w:proofErr w:type="spellEnd"/>
          </w:p>
        </w:tc>
        <w:tc>
          <w:tcPr>
            <w:tcW w:w="5682" w:type="dxa"/>
          </w:tcPr>
          <w:p w14:paraId="717E6061" w14:textId="0A088EC2" w:rsidR="00DC3694" w:rsidRDefault="00DC3694" w:rsidP="00DC3694">
            <w:pPr>
              <w:rPr>
                <w:lang w:val="pl-PL"/>
              </w:rPr>
            </w:pPr>
            <w:sdt>
              <w:sdtPr>
                <w:rPr>
                  <w:rFonts w:ascii="Segoe UI Symbol" w:hAnsi="Segoe UI Symbol" w:cs="Segoe UI Symbol"/>
                </w:rPr>
                <w:id w:val="13386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6B2F7E">
              <w:t xml:space="preserve"> </w:t>
            </w:r>
            <w:proofErr w:type="spellStart"/>
            <w:r w:rsidRPr="006B2F7E">
              <w:t>Sumnja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na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autoinflamatorni</w:t>
            </w:r>
            <w:proofErr w:type="spellEnd"/>
            <w:r w:rsidRPr="006B2F7E">
              <w:t xml:space="preserve"> </w:t>
            </w:r>
            <w:proofErr w:type="spellStart"/>
            <w:r w:rsidRPr="006B2F7E">
              <w:t>sindrom</w:t>
            </w:r>
            <w:proofErr w:type="spellEnd"/>
          </w:p>
        </w:tc>
      </w:tr>
    </w:tbl>
    <w:p w14:paraId="507FFFB7" w14:textId="77777777" w:rsidR="00DC3694" w:rsidRDefault="00DC3694">
      <w:pPr>
        <w:spacing w:after="0"/>
        <w:rPr>
          <w:lang w:val="pl-PL"/>
        </w:rPr>
      </w:pPr>
    </w:p>
    <w:p w14:paraId="483F310B" w14:textId="2CB79ACF" w:rsidR="00996EF5" w:rsidRDefault="00DC3694" w:rsidP="00DC3694">
      <w:pPr>
        <w:shd w:val="clear" w:color="auto" w:fill="EFF4F5"/>
        <w:spacing w:after="0"/>
        <w:rPr>
          <w:b/>
          <w:bCs/>
          <w:lang w:val="pl-PL"/>
        </w:rPr>
      </w:pPr>
      <w:r w:rsidRPr="00681346">
        <w:rPr>
          <w:b/>
          <w:bCs/>
          <w:lang w:val="pl-PL"/>
        </w:rPr>
        <w:t>DODATNA INFORMACIJA ZA TRIJAŽU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2"/>
        <w:gridCol w:w="5180"/>
      </w:tblGrid>
      <w:tr w:rsidR="00681346" w14:paraId="193935D7" w14:textId="77777777" w:rsidTr="00681346">
        <w:tc>
          <w:tcPr>
            <w:tcW w:w="5322" w:type="dxa"/>
          </w:tcPr>
          <w:p w14:paraId="74C2FCE3" w14:textId="2B21909A" w:rsidR="00681346" w:rsidRPr="00681346" w:rsidRDefault="00681346" w:rsidP="00681346">
            <w:pPr>
              <w:rPr>
                <w:sz w:val="20"/>
                <w:szCs w:val="24"/>
              </w:rPr>
            </w:pPr>
            <w:sdt>
              <w:sdtPr>
                <w:rPr>
                  <w:szCs w:val="24"/>
                </w:rPr>
                <w:id w:val="-200781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Pr="00681346">
              <w:rPr>
                <w:szCs w:val="24"/>
              </w:rPr>
              <w:t xml:space="preserve"> </w:t>
            </w:r>
            <w:proofErr w:type="spellStart"/>
            <w:r w:rsidRPr="00681346">
              <w:rPr>
                <w:szCs w:val="24"/>
              </w:rPr>
              <w:t>Nalaz</w:t>
            </w:r>
            <w:proofErr w:type="spellEnd"/>
            <w:r w:rsidRPr="00681346">
              <w:rPr>
                <w:szCs w:val="24"/>
              </w:rPr>
              <w:t xml:space="preserve"> / </w:t>
            </w:r>
            <w:proofErr w:type="spellStart"/>
            <w:r w:rsidRPr="00681346">
              <w:rPr>
                <w:szCs w:val="24"/>
              </w:rPr>
              <w:t>preporuka</w:t>
            </w:r>
            <w:proofErr w:type="spellEnd"/>
            <w:r w:rsidRPr="00681346">
              <w:rPr>
                <w:szCs w:val="24"/>
              </w:rPr>
              <w:t xml:space="preserve"> </w:t>
            </w:r>
            <w:proofErr w:type="spellStart"/>
            <w:r w:rsidRPr="00681346">
              <w:rPr>
                <w:szCs w:val="24"/>
              </w:rPr>
              <w:t>drugog</w:t>
            </w:r>
            <w:proofErr w:type="spellEnd"/>
            <w:r w:rsidRPr="00681346">
              <w:rPr>
                <w:szCs w:val="24"/>
              </w:rPr>
              <w:t xml:space="preserve"> </w:t>
            </w:r>
            <w:proofErr w:type="spellStart"/>
            <w:r w:rsidRPr="00681346">
              <w:rPr>
                <w:szCs w:val="24"/>
              </w:rPr>
              <w:t>specijalista</w:t>
            </w:r>
            <w:proofErr w:type="spellEnd"/>
            <w:r w:rsidRPr="00681346">
              <w:rPr>
                <w:szCs w:val="24"/>
              </w:rPr>
              <w:t xml:space="preserve">       </w:t>
            </w:r>
          </w:p>
        </w:tc>
        <w:tc>
          <w:tcPr>
            <w:tcW w:w="5180" w:type="dxa"/>
          </w:tcPr>
          <w:p w14:paraId="776C850D" w14:textId="7C29EA47" w:rsidR="00681346" w:rsidRPr="00681346" w:rsidRDefault="00681346" w:rsidP="00681346">
            <w:pPr>
              <w:rPr>
                <w:sz w:val="20"/>
                <w:szCs w:val="24"/>
              </w:rPr>
            </w:pPr>
            <w:sdt>
              <w:sdtPr>
                <w:rPr>
                  <w:szCs w:val="24"/>
                </w:rPr>
                <w:id w:val="184143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Pr="00681346">
              <w:rPr>
                <w:szCs w:val="24"/>
              </w:rPr>
              <w:t xml:space="preserve"> </w:t>
            </w:r>
            <w:proofErr w:type="spellStart"/>
            <w:r w:rsidRPr="00681346">
              <w:rPr>
                <w:szCs w:val="24"/>
              </w:rPr>
              <w:t>Traži</w:t>
            </w:r>
            <w:proofErr w:type="spellEnd"/>
            <w:r w:rsidRPr="00681346">
              <w:rPr>
                <w:szCs w:val="24"/>
              </w:rPr>
              <w:t xml:space="preserve"> se </w:t>
            </w:r>
            <w:proofErr w:type="spellStart"/>
            <w:r w:rsidRPr="00681346">
              <w:rPr>
                <w:szCs w:val="24"/>
              </w:rPr>
              <w:t>drugo</w:t>
            </w:r>
            <w:proofErr w:type="spellEnd"/>
            <w:r w:rsidRPr="00681346">
              <w:rPr>
                <w:szCs w:val="24"/>
              </w:rPr>
              <w:t xml:space="preserve"> </w:t>
            </w:r>
            <w:proofErr w:type="spellStart"/>
            <w:r w:rsidRPr="00681346">
              <w:rPr>
                <w:szCs w:val="24"/>
              </w:rPr>
              <w:t>mišljenje</w:t>
            </w:r>
            <w:proofErr w:type="spellEnd"/>
          </w:p>
        </w:tc>
      </w:tr>
    </w:tbl>
    <w:p w14:paraId="691650B2" w14:textId="77777777" w:rsidR="00DC3694" w:rsidRPr="00681346" w:rsidRDefault="00DC3694">
      <w:pPr>
        <w:rPr>
          <w:sz w:val="10"/>
          <w:szCs w:val="14"/>
          <w:lang w:val="pl-PL"/>
        </w:rPr>
      </w:pPr>
    </w:p>
    <w:p w14:paraId="697477F6" w14:textId="60F3A384" w:rsidR="00996EF5" w:rsidRDefault="00DC3694">
      <w:pPr>
        <w:rPr>
          <w:lang w:val="pl-PL"/>
        </w:rPr>
      </w:pPr>
      <w:r w:rsidRPr="006B6899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17A2C95" wp14:editId="1B45E6FA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6534150" cy="3905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E7014" w14:textId="77777777" w:rsidR="006D4268" w:rsidRPr="00B208D3" w:rsidRDefault="006D4268" w:rsidP="006D4268">
                            <w:pPr>
                              <w:rPr>
                                <w:color w:val="948A54" w:themeColor="background2" w:themeShade="80"/>
                                <w:lang w:val="pl-PL"/>
                              </w:rPr>
                            </w:pPr>
                            <w:r w:rsidRPr="00B208D3">
                              <w:rPr>
                                <w:color w:val="948A54" w:themeColor="background2" w:themeShade="80"/>
                                <w:lang w:val="pl-PL"/>
                              </w:rPr>
                              <w:t xml:space="preserve">Polje u koje liječnik PZZ upisuje kratko razlog upućivanja , poželjan kod svakog pacijenta a OBAVEZAN ako se označi u razlozima upućivanja -Ostalo </w:t>
                            </w:r>
                          </w:p>
                          <w:p w14:paraId="17C06192" w14:textId="49604AA2" w:rsidR="00681346" w:rsidRDefault="00681346"/>
                          <w:p w14:paraId="7B3F2D66" w14:textId="41BDAAA6" w:rsidR="00681346" w:rsidRDefault="00681346"/>
                          <w:p w14:paraId="2448813E" w14:textId="0C92E053" w:rsidR="00681346" w:rsidRDefault="00681346"/>
                          <w:p w14:paraId="79B4777D" w14:textId="1B58DE1D" w:rsidR="00681346" w:rsidRDefault="00681346"/>
                          <w:p w14:paraId="3B4DC0FF" w14:textId="30F1D4E6" w:rsidR="00681346" w:rsidRDefault="00681346"/>
                          <w:p w14:paraId="4881425D" w14:textId="21DBB637" w:rsidR="00681346" w:rsidRDefault="00681346"/>
                          <w:p w14:paraId="04EA19F3" w14:textId="23F23B12" w:rsidR="00681346" w:rsidRDefault="00681346"/>
                          <w:p w14:paraId="1ED0F96F" w14:textId="51FDCD46" w:rsidR="00681346" w:rsidRDefault="00681346"/>
                          <w:p w14:paraId="10B8C7E1" w14:textId="1BD8C73A" w:rsidR="00681346" w:rsidRDefault="00681346"/>
                          <w:p w14:paraId="665FB04B" w14:textId="7FFB1E3C" w:rsidR="00681346" w:rsidRDefault="00681346"/>
                          <w:p w14:paraId="5FC3E0B3" w14:textId="78902B6F" w:rsidR="00681346" w:rsidRDefault="00681346"/>
                          <w:p w14:paraId="4DDF3D8E" w14:textId="084950B9" w:rsidR="00681346" w:rsidRDefault="00681346"/>
                          <w:p w14:paraId="7FAA7E67" w14:textId="4AC03445" w:rsidR="00681346" w:rsidRDefault="00681346"/>
                          <w:p w14:paraId="4AA228D6" w14:textId="4A05778D" w:rsidR="00681346" w:rsidRDefault="00681346"/>
                          <w:p w14:paraId="4EC845F2" w14:textId="74303A10" w:rsidR="00681346" w:rsidRDefault="00681346"/>
                          <w:p w14:paraId="79308041" w14:textId="54B534F9" w:rsidR="00681346" w:rsidRDefault="00681346"/>
                          <w:p w14:paraId="46BE1BEF" w14:textId="064273BF" w:rsidR="00681346" w:rsidRDefault="00681346"/>
                          <w:p w14:paraId="3E5F2AA6" w14:textId="63F3E7FC" w:rsidR="00681346" w:rsidRDefault="00681346"/>
                          <w:p w14:paraId="1F17ABE7" w14:textId="6A2A9255" w:rsidR="00681346" w:rsidRDefault="00681346"/>
                          <w:p w14:paraId="7E3CC9C6" w14:textId="7D15BDA4" w:rsidR="00681346" w:rsidRDefault="00681346"/>
                          <w:p w14:paraId="46194193" w14:textId="51F58E20" w:rsidR="00681346" w:rsidRDefault="00681346"/>
                          <w:p w14:paraId="545A46C7" w14:textId="265A2260" w:rsidR="00681346" w:rsidRDefault="00681346"/>
                          <w:p w14:paraId="6AE58DCC" w14:textId="037DAB8C" w:rsidR="00681346" w:rsidRDefault="00681346"/>
                          <w:p w14:paraId="072AC4A6" w14:textId="0EC6BCEB" w:rsidR="00681346" w:rsidRDefault="00681346"/>
                          <w:p w14:paraId="794A4814" w14:textId="31BC16C3" w:rsidR="00681346" w:rsidRDefault="00681346"/>
                          <w:p w14:paraId="17C1F51C" w14:textId="06E4E47A" w:rsidR="00681346" w:rsidRDefault="00681346"/>
                          <w:p w14:paraId="161DE3BB" w14:textId="13B63462" w:rsidR="00681346" w:rsidRDefault="00681346"/>
                          <w:p w14:paraId="500456F6" w14:textId="51890085" w:rsidR="00681346" w:rsidRDefault="00681346"/>
                          <w:p w14:paraId="0FE5D067" w14:textId="7E78A9F9" w:rsidR="00681346" w:rsidRDefault="00681346"/>
                          <w:p w14:paraId="761DBC40" w14:textId="6DCBDAC2" w:rsidR="00681346" w:rsidRDefault="00681346"/>
                          <w:p w14:paraId="409439E4" w14:textId="117DAB95" w:rsidR="00681346" w:rsidRDefault="00681346"/>
                          <w:p w14:paraId="1D2C3F1C" w14:textId="457DCFB1" w:rsidR="00681346" w:rsidRDefault="00681346"/>
                          <w:p w14:paraId="06958DD3" w14:textId="326E86EF" w:rsidR="00681346" w:rsidRDefault="00681346"/>
                          <w:p w14:paraId="553B49E7" w14:textId="5E8EFCE8" w:rsidR="00681346" w:rsidRDefault="00681346"/>
                          <w:p w14:paraId="2E892FE4" w14:textId="5FFF0EF9" w:rsidR="00681346" w:rsidRDefault="00681346"/>
                          <w:p w14:paraId="56EE5BCB" w14:textId="114465D2" w:rsidR="00681346" w:rsidRDefault="00681346"/>
                          <w:p w14:paraId="0802F26C" w14:textId="741AD77F" w:rsidR="00681346" w:rsidRDefault="00681346"/>
                          <w:p w14:paraId="44CA212B" w14:textId="1967362E" w:rsidR="00681346" w:rsidRDefault="00681346"/>
                          <w:p w14:paraId="27964819" w14:textId="4B58A233" w:rsidR="00681346" w:rsidRDefault="00681346"/>
                          <w:p w14:paraId="2253646F" w14:textId="7440AAFF" w:rsidR="00681346" w:rsidRDefault="00681346"/>
                          <w:p w14:paraId="6FECED13" w14:textId="77777777" w:rsidR="00681346" w:rsidRDefault="006813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A2C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3.3pt;margin-top:14.25pt;width:514.5pt;height:30.7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">
                <v:textbox>
                  <w:txbxContent>
                    <w:p w14:paraId="670E7014" w14:textId="77777777" w:rsidR="006D4268" w:rsidRPr="00B208D3" w:rsidRDefault="006D4268" w:rsidP="006D4268">
                      <w:pPr>
                        <w:rPr>
                          <w:color w:val="948A54" w:themeColor="background2" w:themeShade="80"/>
                          <w:lang w:val="pl-PL"/>
                        </w:rPr>
                      </w:pPr>
                      <w:r w:rsidRPr="00B208D3">
                        <w:rPr>
                          <w:color w:val="948A54" w:themeColor="background2" w:themeShade="80"/>
                          <w:lang w:val="pl-PL"/>
                        </w:rPr>
                        <w:t xml:space="preserve">Polje u koje liječnik PZZ upisuje kratko razlog upućivanja , poželjan kod svakog pacijenta a OBAVEZAN ako se označi u razlozima upućivanja -Ostalo </w:t>
                      </w:r>
                    </w:p>
                    <w:p w14:paraId="17C06192" w14:textId="49604AA2" w:rsidR="00681346" w:rsidRDefault="00681346"/>
                    <w:p w14:paraId="7B3F2D66" w14:textId="41BDAAA6" w:rsidR="00681346" w:rsidRDefault="00681346"/>
                    <w:p w14:paraId="2448813E" w14:textId="0C92E053" w:rsidR="00681346" w:rsidRDefault="00681346"/>
                    <w:p w14:paraId="79B4777D" w14:textId="1B58DE1D" w:rsidR="00681346" w:rsidRDefault="00681346"/>
                    <w:p w14:paraId="3B4DC0FF" w14:textId="30F1D4E6" w:rsidR="00681346" w:rsidRDefault="00681346"/>
                    <w:p w14:paraId="4881425D" w14:textId="21DBB637" w:rsidR="00681346" w:rsidRDefault="00681346"/>
                    <w:p w14:paraId="04EA19F3" w14:textId="23F23B12" w:rsidR="00681346" w:rsidRDefault="00681346"/>
                    <w:p w14:paraId="1ED0F96F" w14:textId="51FDCD46" w:rsidR="00681346" w:rsidRDefault="00681346"/>
                    <w:p w14:paraId="10B8C7E1" w14:textId="1BD8C73A" w:rsidR="00681346" w:rsidRDefault="00681346"/>
                    <w:p w14:paraId="665FB04B" w14:textId="7FFB1E3C" w:rsidR="00681346" w:rsidRDefault="00681346"/>
                    <w:p w14:paraId="5FC3E0B3" w14:textId="78902B6F" w:rsidR="00681346" w:rsidRDefault="00681346"/>
                    <w:p w14:paraId="4DDF3D8E" w14:textId="084950B9" w:rsidR="00681346" w:rsidRDefault="00681346"/>
                    <w:p w14:paraId="7FAA7E67" w14:textId="4AC03445" w:rsidR="00681346" w:rsidRDefault="00681346"/>
                    <w:p w14:paraId="4AA228D6" w14:textId="4A05778D" w:rsidR="00681346" w:rsidRDefault="00681346"/>
                    <w:p w14:paraId="4EC845F2" w14:textId="74303A10" w:rsidR="00681346" w:rsidRDefault="00681346"/>
                    <w:p w14:paraId="79308041" w14:textId="54B534F9" w:rsidR="00681346" w:rsidRDefault="00681346"/>
                    <w:p w14:paraId="46BE1BEF" w14:textId="064273BF" w:rsidR="00681346" w:rsidRDefault="00681346"/>
                    <w:p w14:paraId="3E5F2AA6" w14:textId="63F3E7FC" w:rsidR="00681346" w:rsidRDefault="00681346"/>
                    <w:p w14:paraId="1F17ABE7" w14:textId="6A2A9255" w:rsidR="00681346" w:rsidRDefault="00681346"/>
                    <w:p w14:paraId="7E3CC9C6" w14:textId="7D15BDA4" w:rsidR="00681346" w:rsidRDefault="00681346"/>
                    <w:p w14:paraId="46194193" w14:textId="51F58E20" w:rsidR="00681346" w:rsidRDefault="00681346"/>
                    <w:p w14:paraId="545A46C7" w14:textId="265A2260" w:rsidR="00681346" w:rsidRDefault="00681346"/>
                    <w:p w14:paraId="6AE58DCC" w14:textId="037DAB8C" w:rsidR="00681346" w:rsidRDefault="00681346"/>
                    <w:p w14:paraId="072AC4A6" w14:textId="0EC6BCEB" w:rsidR="00681346" w:rsidRDefault="00681346"/>
                    <w:p w14:paraId="794A4814" w14:textId="31BC16C3" w:rsidR="00681346" w:rsidRDefault="00681346"/>
                    <w:p w14:paraId="17C1F51C" w14:textId="06E4E47A" w:rsidR="00681346" w:rsidRDefault="00681346"/>
                    <w:p w14:paraId="161DE3BB" w14:textId="13B63462" w:rsidR="00681346" w:rsidRDefault="00681346"/>
                    <w:p w14:paraId="500456F6" w14:textId="51890085" w:rsidR="00681346" w:rsidRDefault="00681346"/>
                    <w:p w14:paraId="0FE5D067" w14:textId="7E78A9F9" w:rsidR="00681346" w:rsidRDefault="00681346"/>
                    <w:p w14:paraId="761DBC40" w14:textId="6DCBDAC2" w:rsidR="00681346" w:rsidRDefault="00681346"/>
                    <w:p w14:paraId="409439E4" w14:textId="117DAB95" w:rsidR="00681346" w:rsidRDefault="00681346"/>
                    <w:p w14:paraId="1D2C3F1C" w14:textId="457DCFB1" w:rsidR="00681346" w:rsidRDefault="00681346"/>
                    <w:p w14:paraId="06958DD3" w14:textId="326E86EF" w:rsidR="00681346" w:rsidRDefault="00681346"/>
                    <w:p w14:paraId="553B49E7" w14:textId="5E8EFCE8" w:rsidR="00681346" w:rsidRDefault="00681346"/>
                    <w:p w14:paraId="2E892FE4" w14:textId="5FFF0EF9" w:rsidR="00681346" w:rsidRDefault="00681346"/>
                    <w:p w14:paraId="56EE5BCB" w14:textId="114465D2" w:rsidR="00681346" w:rsidRDefault="00681346"/>
                    <w:p w14:paraId="0802F26C" w14:textId="741AD77F" w:rsidR="00681346" w:rsidRDefault="00681346"/>
                    <w:p w14:paraId="44CA212B" w14:textId="1967362E" w:rsidR="00681346" w:rsidRDefault="00681346"/>
                    <w:p w14:paraId="27964819" w14:textId="4B58A233" w:rsidR="00681346" w:rsidRDefault="00681346"/>
                    <w:p w14:paraId="2253646F" w14:textId="7440AAFF" w:rsidR="00681346" w:rsidRDefault="00681346"/>
                    <w:p w14:paraId="6FECED13" w14:textId="77777777" w:rsidR="00681346" w:rsidRDefault="00681346"/>
                  </w:txbxContent>
                </v:textbox>
                <w10:wrap type="square" anchorx="margin"/>
              </v:shape>
            </w:pict>
          </mc:Fallback>
        </mc:AlternateContent>
      </w:r>
      <w:r w:rsidR="006B6899" w:rsidRPr="006B6899">
        <w:rPr>
          <w:lang w:val="pl-PL"/>
        </w:rPr>
        <w:t>Kratka napomena / razlog potrebe za ranijim pregledom: polje od 250 znakova</w:t>
      </w:r>
    </w:p>
    <w:p w14:paraId="6847B891" w14:textId="77777777" w:rsidR="00681346" w:rsidRPr="006B6899" w:rsidRDefault="00681346">
      <w:pPr>
        <w:rPr>
          <w:lang w:val="pl-PL"/>
        </w:rPr>
      </w:pPr>
    </w:p>
    <w:p w14:paraId="482C6946" w14:textId="570A1528" w:rsidR="00996EF5" w:rsidRPr="00B208D3" w:rsidRDefault="00681346">
      <w:pPr>
        <w:rPr>
          <w:lang w:val="pl-PL"/>
        </w:rPr>
      </w:pPr>
      <w:sdt>
        <w:sdtPr>
          <w:rPr>
            <w:sz w:val="16"/>
            <w:lang w:val="pl-PL"/>
          </w:rPr>
          <w:id w:val="-508059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268">
            <w:rPr>
              <w:rFonts w:ascii="MS Gothic" w:eastAsia="MS Gothic" w:hAnsi="MS Gothic" w:hint="eastAsia"/>
              <w:sz w:val="16"/>
              <w:lang w:val="pl-PL"/>
            </w:rPr>
            <w:t>☐</w:t>
          </w:r>
        </w:sdtContent>
      </w:sdt>
      <w:r w:rsidR="0050324A" w:rsidRPr="00B208D3">
        <w:rPr>
          <w:sz w:val="16"/>
          <w:lang w:val="pl-PL"/>
        </w:rPr>
        <w:t xml:space="preserve">  </w:t>
      </w:r>
      <w:r w:rsidR="0050324A" w:rsidRPr="00B208D3">
        <w:rPr>
          <w:lang w:val="pl-PL"/>
        </w:rPr>
        <w:t xml:space="preserve">prilozi relevantnih nalaza </w:t>
      </w:r>
      <w:r w:rsidR="00B208D3" w:rsidRPr="00B208D3">
        <w:rPr>
          <w:lang w:val="pl-PL"/>
        </w:rPr>
        <w:t>(minimalno SE, CRP, KKS, AST/ALT GGT, kreatinin, K,</w:t>
      </w:r>
      <w:r w:rsidR="00B208D3">
        <w:rPr>
          <w:lang w:val="pl-PL"/>
        </w:rPr>
        <w:t>Na,</w:t>
      </w:r>
      <w:r w:rsidR="00B208D3" w:rsidRPr="00B208D3">
        <w:rPr>
          <w:lang w:val="pl-PL"/>
        </w:rPr>
        <w:t xml:space="preserve"> urat, uri</w:t>
      </w:r>
      <w:r w:rsidR="00B208D3">
        <w:rPr>
          <w:lang w:val="pl-PL"/>
        </w:rPr>
        <w:t>n</w:t>
      </w:r>
    </w:p>
    <w:p w14:paraId="05A939DD" w14:textId="77777777" w:rsidR="00DC3694" w:rsidRDefault="00DC3694">
      <w:pPr>
        <w:rPr>
          <w:lang w:val="pl-PL"/>
        </w:rPr>
      </w:pPr>
    </w:p>
    <w:p w14:paraId="25B6EB94" w14:textId="77777777" w:rsidR="00681346" w:rsidRDefault="00681346" w:rsidP="00681346">
      <w:pPr>
        <w:jc w:val="center"/>
        <w:rPr>
          <w:lang w:val="pl-PL"/>
        </w:rPr>
      </w:pPr>
    </w:p>
    <w:p w14:paraId="6ACF6CE8" w14:textId="10712DB8" w:rsidR="00996EF5" w:rsidRPr="006B6899" w:rsidRDefault="0050324A" w:rsidP="00681346">
      <w:pPr>
        <w:jc w:val="center"/>
        <w:rPr>
          <w:lang w:val="pl-PL"/>
        </w:rPr>
      </w:pPr>
      <w:r w:rsidRPr="006B6899">
        <w:rPr>
          <w:lang w:val="pl-PL"/>
        </w:rPr>
        <w:t xml:space="preserve">Datum: ______________________                                  </w:t>
      </w:r>
      <w:r w:rsidR="006B6899">
        <w:rPr>
          <w:lang w:val="pl-PL"/>
        </w:rPr>
        <w:t xml:space="preserve">e- </w:t>
      </w:r>
      <w:r w:rsidRPr="006B6899">
        <w:rPr>
          <w:lang w:val="pl-PL"/>
        </w:rPr>
        <w:t>Potpis</w:t>
      </w:r>
      <w:r w:rsidRPr="006B6899">
        <w:rPr>
          <w:lang w:val="pl-PL"/>
        </w:rPr>
        <w:t xml:space="preserve"> liječnika: ___________________________</w:t>
      </w:r>
    </w:p>
    <w:sectPr w:rsidR="00996EF5" w:rsidRPr="006B6899">
      <w:footerReference w:type="default" r:id="rId8"/>
      <w:pgSz w:w="12240" w:h="15840"/>
      <w:pgMar w:top="709" w:right="935" w:bottom="777" w:left="935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2A8FD" w14:textId="77777777" w:rsidR="0050324A" w:rsidRDefault="0050324A">
      <w:pPr>
        <w:spacing w:after="0" w:line="240" w:lineRule="auto"/>
      </w:pPr>
      <w:r>
        <w:separator/>
      </w:r>
    </w:p>
  </w:endnote>
  <w:endnote w:type="continuationSeparator" w:id="0">
    <w:p w14:paraId="0443EA8B" w14:textId="77777777" w:rsidR="0050324A" w:rsidRDefault="00503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6D2D" w14:textId="77777777" w:rsidR="00996EF5" w:rsidRPr="006B6899" w:rsidRDefault="0050324A">
    <w:pPr>
      <w:pStyle w:val="Footer"/>
      <w:jc w:val="center"/>
      <w:rPr>
        <w:lang w:val="pl-PL"/>
      </w:rPr>
    </w:pPr>
    <w:r w:rsidRPr="006B6899">
      <w:rPr>
        <w:sz w:val="15"/>
        <w:lang w:val="pl-PL"/>
      </w:rPr>
      <w:t>Uz obrazac postupiti prema zase</w:t>
    </w:r>
    <w:r w:rsidRPr="006B6899">
      <w:rPr>
        <w:sz w:val="15"/>
        <w:lang w:val="pl-PL"/>
      </w:rPr>
      <w:t>bnim uputama Zavoda za naručivanje bolesnika.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E9A40" w14:textId="77777777" w:rsidR="0050324A" w:rsidRDefault="0050324A">
      <w:pPr>
        <w:spacing w:after="0" w:line="240" w:lineRule="auto"/>
      </w:pPr>
      <w:r>
        <w:separator/>
      </w:r>
    </w:p>
  </w:footnote>
  <w:footnote w:type="continuationSeparator" w:id="0">
    <w:p w14:paraId="7D2D0A3A" w14:textId="77777777" w:rsidR="0050324A" w:rsidRDefault="00503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A177D"/>
    <w:multiLevelType w:val="multilevel"/>
    <w:tmpl w:val="A39897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DFB2804"/>
    <w:multiLevelType w:val="multilevel"/>
    <w:tmpl w:val="BCA6C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46165D"/>
    <w:multiLevelType w:val="multilevel"/>
    <w:tmpl w:val="2F32FE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5D08C6"/>
    <w:multiLevelType w:val="multilevel"/>
    <w:tmpl w:val="92543C5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7806933"/>
    <w:multiLevelType w:val="multilevel"/>
    <w:tmpl w:val="2AC0947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2D030E2"/>
    <w:multiLevelType w:val="multilevel"/>
    <w:tmpl w:val="00BA1E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D241459"/>
    <w:multiLevelType w:val="multilevel"/>
    <w:tmpl w:val="81A658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F5"/>
    <w:rsid w:val="000B7987"/>
    <w:rsid w:val="00146BBE"/>
    <w:rsid w:val="0050324A"/>
    <w:rsid w:val="005B5594"/>
    <w:rsid w:val="00681346"/>
    <w:rsid w:val="006B6899"/>
    <w:rsid w:val="006D4268"/>
    <w:rsid w:val="00741293"/>
    <w:rsid w:val="00996EF5"/>
    <w:rsid w:val="00B208D3"/>
    <w:rsid w:val="00B51766"/>
    <w:rsid w:val="00C42C3F"/>
    <w:rsid w:val="00DA3B32"/>
    <w:rsid w:val="00DC3694"/>
    <w:rsid w:val="00F8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64C3"/>
  <w15:docId w15:val="{73E2AFD2-8F02-4682-A341-41EDA5A1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character" w:customStyle="1" w:styleId="FooterChar">
    <w:name w:val="Footer Char"/>
    <w:basedOn w:val="DefaultParagraphFont"/>
    <w:link w:val="Footer"/>
    <w:uiPriority w:val="99"/>
    <w:qFormat/>
    <w:rsid w:val="00E618BF"/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numId w:val="2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BAŠIĆ MLADENKA</cp:lastModifiedBy>
  <cp:revision>5</cp:revision>
  <cp:lastPrinted>2026-10-13T10:33:00Z</cp:lastPrinted>
  <dcterms:created xsi:type="dcterms:W3CDTF">2026-10-13T09:59:00Z</dcterms:created>
  <dcterms:modified xsi:type="dcterms:W3CDTF">2026-10-30T09:34:00Z</dcterms:modified>
  <dc:language>hr-HR</dc:language>
</cp:coreProperties>
</file>